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7081E" w14:textId="77777777" w:rsidR="00D26A93" w:rsidRPr="00FE5BAC" w:rsidRDefault="00000000">
      <w:pPr>
        <w:jc w:val="center"/>
        <w:rPr>
          <w:lang w:eastAsia="ko-KR"/>
        </w:rPr>
      </w:pPr>
      <w:proofErr w:type="spellStart"/>
      <w:r w:rsidRPr="00FE5BAC">
        <w:rPr>
          <w:b/>
          <w:sz w:val="36"/>
          <w:lang w:eastAsia="ko-KR"/>
        </w:rPr>
        <w:t>보쎄스</w:t>
      </w:r>
      <w:proofErr w:type="spellEnd"/>
      <w:r w:rsidRPr="00FE5BAC">
        <w:rPr>
          <w:b/>
          <w:sz w:val="36"/>
          <w:lang w:eastAsia="ko-KR"/>
        </w:rPr>
        <w:t>A&amp;T 운영·행정 PM 지원서</w:t>
      </w:r>
    </w:p>
    <w:p w14:paraId="693F5AAA" w14:textId="5AC364ED" w:rsidR="00D26A93" w:rsidRPr="00FE5BAC" w:rsidRDefault="00000000">
      <w:pPr>
        <w:jc w:val="center"/>
        <w:rPr>
          <w:lang w:eastAsia="ko-KR"/>
        </w:rPr>
      </w:pPr>
      <w:proofErr w:type="spellStart"/>
      <w:r w:rsidRPr="00FE5BAC">
        <w:rPr>
          <w:sz w:val="18"/>
          <w:lang w:eastAsia="ko-KR"/>
        </w:rPr>
        <w:t>제출처</w:t>
      </w:r>
      <w:proofErr w:type="spellEnd"/>
      <w:r w:rsidRPr="00FE5BAC">
        <w:rPr>
          <w:sz w:val="18"/>
          <w:lang w:eastAsia="ko-KR"/>
        </w:rPr>
        <w:t xml:space="preserve"> </w:t>
      </w:r>
      <w:proofErr w:type="gramStart"/>
      <w:r w:rsidRPr="00FE5BAC">
        <w:rPr>
          <w:sz w:val="18"/>
          <w:lang w:eastAsia="ko-KR"/>
        </w:rPr>
        <w:t>sjw9912@naver.com  |</w:t>
      </w:r>
      <w:proofErr w:type="gramEnd"/>
      <w:r w:rsidRPr="00FE5BAC">
        <w:rPr>
          <w:sz w:val="18"/>
          <w:lang w:eastAsia="ko-KR"/>
        </w:rPr>
        <w:t xml:space="preserve">  메일 제목 [</w:t>
      </w:r>
      <w:proofErr w:type="spellStart"/>
      <w:r w:rsidRPr="00FE5BAC">
        <w:rPr>
          <w:sz w:val="18"/>
          <w:lang w:eastAsia="ko-KR"/>
        </w:rPr>
        <w:t>보쎄스</w:t>
      </w:r>
      <w:proofErr w:type="spellEnd"/>
      <w:r w:rsidRPr="00FE5BAC">
        <w:rPr>
          <w:sz w:val="18"/>
          <w:lang w:eastAsia="ko-KR"/>
        </w:rPr>
        <w:t>A&amp;T] 운영·행정 PM 지원 (지원자 이름)</w:t>
      </w:r>
    </w:p>
    <w:p w14:paraId="3E860E97" w14:textId="77777777" w:rsidR="00D26A93" w:rsidRPr="00FE5BAC" w:rsidRDefault="00000000">
      <w:r w:rsidRPr="00FE5BAC">
        <w:rPr>
          <w:b/>
          <w:sz w:val="26"/>
        </w:rPr>
        <w:t xml:space="preserve">1. </w:t>
      </w:r>
      <w:proofErr w:type="spellStart"/>
      <w:r w:rsidRPr="00FE5BAC">
        <w:rPr>
          <w:b/>
          <w:sz w:val="26"/>
        </w:rPr>
        <w:t>인적사항</w:t>
      </w:r>
      <w:proofErr w:type="spellEnd"/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2551"/>
        <w:gridCol w:w="7087"/>
      </w:tblGrid>
      <w:tr w:rsidR="00D26A93" w:rsidRPr="00FE5BAC" w14:paraId="180B77EC" w14:textId="77777777" w:rsidTr="00FE5BAC"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37EA80BC" w14:textId="77777777" w:rsidR="00D26A93" w:rsidRPr="00FE5BAC" w:rsidRDefault="00000000">
            <w:pPr>
              <w:jc w:val="center"/>
              <w:rPr>
                <w:b/>
              </w:rPr>
            </w:pPr>
            <w:proofErr w:type="spellStart"/>
            <w:r w:rsidRPr="00FE5BAC">
              <w:rPr>
                <w:b/>
              </w:rPr>
              <w:t>성명</w:t>
            </w:r>
            <w:proofErr w:type="spellEnd"/>
            <w:r w:rsidRPr="00FE5BAC">
              <w:rPr>
                <w:b/>
              </w:rPr>
              <w:t xml:space="preserve"> (</w:t>
            </w:r>
            <w:proofErr w:type="spellStart"/>
            <w:r w:rsidRPr="00FE5BAC">
              <w:rPr>
                <w:b/>
              </w:rPr>
              <w:t>한글</w:t>
            </w:r>
            <w:proofErr w:type="spellEnd"/>
            <w:r w:rsidRPr="00FE5BAC">
              <w:rPr>
                <w:b/>
              </w:rPr>
              <w:t>)</w:t>
            </w:r>
          </w:p>
        </w:tc>
        <w:tc>
          <w:tcPr>
            <w:tcW w:w="7087" w:type="dxa"/>
            <w:vAlign w:val="center"/>
          </w:tcPr>
          <w:p w14:paraId="3A5989E2" w14:textId="77777777" w:rsidR="00D26A93" w:rsidRPr="00FE5BAC" w:rsidRDefault="00D26A93"/>
        </w:tc>
      </w:tr>
      <w:tr w:rsidR="00D26A93" w:rsidRPr="00FE5BAC" w14:paraId="193CC16F" w14:textId="77777777" w:rsidTr="00FE5BAC"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5381E8BA" w14:textId="77777777" w:rsidR="00D26A93" w:rsidRPr="00FE5BAC" w:rsidRDefault="00000000">
            <w:pPr>
              <w:jc w:val="center"/>
              <w:rPr>
                <w:b/>
              </w:rPr>
            </w:pPr>
            <w:proofErr w:type="spellStart"/>
            <w:r w:rsidRPr="00FE5BAC">
              <w:rPr>
                <w:b/>
              </w:rPr>
              <w:t>생년월일</w:t>
            </w:r>
            <w:proofErr w:type="spellEnd"/>
          </w:p>
        </w:tc>
        <w:tc>
          <w:tcPr>
            <w:tcW w:w="7087" w:type="dxa"/>
            <w:vAlign w:val="center"/>
          </w:tcPr>
          <w:p w14:paraId="39CA1963" w14:textId="77777777" w:rsidR="00D26A93" w:rsidRPr="00FE5BAC" w:rsidRDefault="00000000">
            <w:r w:rsidRPr="00FE5BAC">
              <w:t xml:space="preserve">       년     월     일</w:t>
            </w:r>
          </w:p>
        </w:tc>
      </w:tr>
      <w:tr w:rsidR="00D26A93" w:rsidRPr="00FE5BAC" w14:paraId="177DEA80" w14:textId="77777777" w:rsidTr="00FE5BAC"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4AD58A54" w14:textId="77777777" w:rsidR="00D26A93" w:rsidRPr="00FE5BAC" w:rsidRDefault="00000000">
            <w:pPr>
              <w:jc w:val="center"/>
              <w:rPr>
                <w:b/>
              </w:rPr>
            </w:pPr>
            <w:r w:rsidRPr="00FE5BAC">
              <w:rPr>
                <w:b/>
              </w:rPr>
              <w:t>연락처</w:t>
            </w:r>
          </w:p>
        </w:tc>
        <w:tc>
          <w:tcPr>
            <w:tcW w:w="7087" w:type="dxa"/>
            <w:vAlign w:val="center"/>
          </w:tcPr>
          <w:p w14:paraId="7D288B88" w14:textId="77777777" w:rsidR="00D26A93" w:rsidRPr="00FE5BAC" w:rsidRDefault="00000000">
            <w:r w:rsidRPr="00FE5BAC">
              <w:t xml:space="preserve">010-    -    </w:t>
            </w:r>
          </w:p>
        </w:tc>
      </w:tr>
      <w:tr w:rsidR="00D26A93" w:rsidRPr="00FE5BAC" w14:paraId="3550434E" w14:textId="77777777" w:rsidTr="00FE5BAC"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549A0159" w14:textId="77777777" w:rsidR="00D26A93" w:rsidRPr="00FE5BAC" w:rsidRDefault="00000000">
            <w:pPr>
              <w:jc w:val="center"/>
              <w:rPr>
                <w:b/>
              </w:rPr>
            </w:pPr>
            <w:r w:rsidRPr="00FE5BAC">
              <w:rPr>
                <w:b/>
              </w:rPr>
              <w:t>이메일</w:t>
            </w:r>
          </w:p>
        </w:tc>
        <w:tc>
          <w:tcPr>
            <w:tcW w:w="7087" w:type="dxa"/>
            <w:vAlign w:val="center"/>
          </w:tcPr>
          <w:p w14:paraId="33328CCC" w14:textId="77777777" w:rsidR="00D26A93" w:rsidRPr="00FE5BAC" w:rsidRDefault="00D26A93"/>
        </w:tc>
      </w:tr>
      <w:tr w:rsidR="00D26A93" w:rsidRPr="00FE5BAC" w14:paraId="7DC20EC5" w14:textId="77777777" w:rsidTr="00FE5BAC"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6332CEF7" w14:textId="77777777" w:rsidR="00D26A93" w:rsidRPr="00FE5BAC" w:rsidRDefault="00000000">
            <w:pPr>
              <w:jc w:val="center"/>
              <w:rPr>
                <w:b/>
              </w:rPr>
            </w:pPr>
            <w:r w:rsidRPr="00FE5BAC">
              <w:rPr>
                <w:b/>
              </w:rPr>
              <w:t>거주지</w:t>
            </w:r>
          </w:p>
        </w:tc>
        <w:tc>
          <w:tcPr>
            <w:tcW w:w="7087" w:type="dxa"/>
            <w:vAlign w:val="center"/>
          </w:tcPr>
          <w:p w14:paraId="2F3ACC72" w14:textId="5CC26DB4" w:rsidR="00D26A93" w:rsidRPr="00FE5BAC" w:rsidRDefault="00D26A93">
            <w:pPr>
              <w:rPr>
                <w:lang w:eastAsia="ko-KR"/>
              </w:rPr>
            </w:pPr>
          </w:p>
        </w:tc>
      </w:tr>
      <w:tr w:rsidR="00D26A93" w:rsidRPr="00FE5BAC" w14:paraId="515AD545" w14:textId="77777777" w:rsidTr="00FE5BAC"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18BDA836" w14:textId="77777777" w:rsidR="00D26A93" w:rsidRPr="00FE5BAC" w:rsidRDefault="00000000">
            <w:pPr>
              <w:jc w:val="center"/>
              <w:rPr>
                <w:b/>
              </w:rPr>
            </w:pPr>
            <w:r w:rsidRPr="00FE5BAC">
              <w:rPr>
                <w:b/>
              </w:rPr>
              <w:t>희망 입사일</w:t>
            </w:r>
          </w:p>
        </w:tc>
        <w:tc>
          <w:tcPr>
            <w:tcW w:w="7087" w:type="dxa"/>
            <w:vAlign w:val="center"/>
          </w:tcPr>
          <w:p w14:paraId="3EEAD0D8" w14:textId="77777777" w:rsidR="00D26A93" w:rsidRPr="00FE5BAC" w:rsidRDefault="00D26A93"/>
        </w:tc>
      </w:tr>
      <w:tr w:rsidR="00D26A93" w:rsidRPr="00FE5BAC" w14:paraId="61201038" w14:textId="77777777" w:rsidTr="00FE5BAC"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24B49A00" w14:textId="77777777" w:rsidR="00D26A93" w:rsidRPr="00FE5BAC" w:rsidRDefault="00000000">
            <w:pPr>
              <w:jc w:val="center"/>
              <w:rPr>
                <w:b/>
              </w:rPr>
            </w:pPr>
            <w:r w:rsidRPr="00FE5BAC">
              <w:rPr>
                <w:b/>
              </w:rPr>
              <w:t>차량·운전 가능</w:t>
            </w:r>
          </w:p>
        </w:tc>
        <w:tc>
          <w:tcPr>
            <w:tcW w:w="7087" w:type="dxa"/>
            <w:vAlign w:val="center"/>
          </w:tcPr>
          <w:p w14:paraId="3F84B4FC" w14:textId="3E231044" w:rsidR="00D26A93" w:rsidRPr="00FE5BAC" w:rsidRDefault="00000000" w:rsidP="006154B7">
            <w:pPr>
              <w:rPr>
                <w:lang w:eastAsia="ko-KR"/>
              </w:rPr>
            </w:pPr>
            <w:r w:rsidRPr="00FE5BAC">
              <w:rPr>
                <w:lang w:eastAsia="ko-KR"/>
              </w:rPr>
              <w:t xml:space="preserve">□ </w:t>
            </w:r>
            <w:proofErr w:type="spellStart"/>
            <w:r w:rsidRPr="00FE5BAC">
              <w:rPr>
                <w:lang w:eastAsia="ko-KR"/>
              </w:rPr>
              <w:t>자차</w:t>
            </w:r>
            <w:proofErr w:type="spellEnd"/>
            <w:r w:rsidRPr="00FE5BAC">
              <w:rPr>
                <w:lang w:eastAsia="ko-KR"/>
              </w:rPr>
              <w:t xml:space="preserve"> 보유    □ 운전 가능 (</w:t>
            </w:r>
            <w:proofErr w:type="spellStart"/>
            <w:r w:rsidRPr="00FE5BAC">
              <w:rPr>
                <w:lang w:eastAsia="ko-KR"/>
              </w:rPr>
              <w:t>자차</w:t>
            </w:r>
            <w:proofErr w:type="spellEnd"/>
            <w:r w:rsidRPr="00FE5BAC">
              <w:rPr>
                <w:lang w:eastAsia="ko-KR"/>
              </w:rPr>
              <w:t xml:space="preserve"> 없음)    □ </w:t>
            </w:r>
            <w:proofErr w:type="gramStart"/>
            <w:r w:rsidRPr="00FE5BAC">
              <w:rPr>
                <w:lang w:eastAsia="ko-KR"/>
              </w:rPr>
              <w:t>불가  ※</w:t>
            </w:r>
            <w:proofErr w:type="gramEnd"/>
            <w:r w:rsidRPr="00FE5BAC">
              <w:rPr>
                <w:lang w:eastAsia="ko-KR"/>
              </w:rPr>
              <w:t xml:space="preserve"> 현장 출장 월 3~6일</w:t>
            </w:r>
          </w:p>
        </w:tc>
      </w:tr>
    </w:tbl>
    <w:p w14:paraId="261B2B08" w14:textId="77777777" w:rsidR="00D26A93" w:rsidRPr="00FE5BAC" w:rsidRDefault="00000000">
      <w:pPr>
        <w:rPr>
          <w:lang w:eastAsia="ko-KR"/>
        </w:rPr>
      </w:pPr>
      <w:r w:rsidRPr="00FE5BAC">
        <w:rPr>
          <w:b/>
          <w:sz w:val="26"/>
          <w:lang w:eastAsia="ko-KR"/>
        </w:rPr>
        <w:t>2. 학력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1709"/>
        <w:gridCol w:w="2368"/>
        <w:gridCol w:w="2427"/>
        <w:gridCol w:w="2054"/>
        <w:gridCol w:w="1630"/>
      </w:tblGrid>
      <w:tr w:rsidR="008002D3" w:rsidRPr="00FE5BAC" w14:paraId="533636B5" w14:textId="655D000A" w:rsidTr="008002D3">
        <w:tc>
          <w:tcPr>
            <w:tcW w:w="1709" w:type="dxa"/>
            <w:shd w:val="clear" w:color="auto" w:fill="F2F2F2" w:themeFill="background1" w:themeFillShade="F2"/>
            <w:vAlign w:val="center"/>
          </w:tcPr>
          <w:p w14:paraId="1281A2AF" w14:textId="77777777" w:rsidR="008002D3" w:rsidRPr="00FE5BAC" w:rsidRDefault="008002D3">
            <w:pPr>
              <w:jc w:val="center"/>
            </w:pPr>
            <w:proofErr w:type="spellStart"/>
            <w:r w:rsidRPr="00FE5BAC">
              <w:rPr>
                <w:b/>
              </w:rPr>
              <w:t>재학</w:t>
            </w:r>
            <w:proofErr w:type="spellEnd"/>
            <w:r w:rsidRPr="00FE5BAC">
              <w:rPr>
                <w:b/>
              </w:rPr>
              <w:t xml:space="preserve"> </w:t>
            </w:r>
            <w:proofErr w:type="spellStart"/>
            <w:r w:rsidRPr="00FE5BAC">
              <w:rPr>
                <w:b/>
              </w:rPr>
              <w:t>기간</w:t>
            </w:r>
            <w:proofErr w:type="spellEnd"/>
          </w:p>
        </w:tc>
        <w:tc>
          <w:tcPr>
            <w:tcW w:w="2368" w:type="dxa"/>
            <w:shd w:val="clear" w:color="auto" w:fill="F2F2F2" w:themeFill="background1" w:themeFillShade="F2"/>
            <w:vAlign w:val="center"/>
          </w:tcPr>
          <w:p w14:paraId="124AD8BC" w14:textId="77777777" w:rsidR="008002D3" w:rsidRPr="00FE5BAC" w:rsidRDefault="008002D3">
            <w:pPr>
              <w:jc w:val="center"/>
            </w:pPr>
            <w:r w:rsidRPr="00FE5BAC">
              <w:rPr>
                <w:b/>
              </w:rPr>
              <w:t>학교명</w:t>
            </w:r>
          </w:p>
        </w:tc>
        <w:tc>
          <w:tcPr>
            <w:tcW w:w="2427" w:type="dxa"/>
            <w:shd w:val="clear" w:color="auto" w:fill="F2F2F2" w:themeFill="background1" w:themeFillShade="F2"/>
            <w:vAlign w:val="center"/>
          </w:tcPr>
          <w:p w14:paraId="5C6970DF" w14:textId="77777777" w:rsidR="008002D3" w:rsidRPr="00FE5BAC" w:rsidRDefault="008002D3">
            <w:pPr>
              <w:jc w:val="center"/>
            </w:pPr>
            <w:r w:rsidRPr="00FE5BAC">
              <w:rPr>
                <w:b/>
              </w:rPr>
              <w:t>전공·학과</w:t>
            </w:r>
          </w:p>
        </w:tc>
        <w:tc>
          <w:tcPr>
            <w:tcW w:w="2054" w:type="dxa"/>
            <w:shd w:val="clear" w:color="auto" w:fill="F2F2F2" w:themeFill="background1" w:themeFillShade="F2"/>
            <w:vAlign w:val="center"/>
          </w:tcPr>
          <w:p w14:paraId="541C0D47" w14:textId="77777777" w:rsidR="008002D3" w:rsidRPr="00FE5BAC" w:rsidRDefault="008002D3">
            <w:pPr>
              <w:jc w:val="center"/>
            </w:pPr>
            <w:r w:rsidRPr="00FE5BAC">
              <w:rPr>
                <w:b/>
              </w:rPr>
              <w:t>학위·졸업 구분</w:t>
            </w:r>
          </w:p>
        </w:tc>
        <w:tc>
          <w:tcPr>
            <w:tcW w:w="1630" w:type="dxa"/>
            <w:shd w:val="clear" w:color="auto" w:fill="F2F2F2" w:themeFill="background1" w:themeFillShade="F2"/>
          </w:tcPr>
          <w:p w14:paraId="3BD76862" w14:textId="118B73CD" w:rsidR="008002D3" w:rsidRPr="008002D3" w:rsidRDefault="008002D3">
            <w:pPr>
              <w:jc w:val="center"/>
              <w:rPr>
                <w:b/>
              </w:rPr>
            </w:pPr>
            <w:proofErr w:type="spellStart"/>
            <w:r w:rsidRPr="008002D3">
              <w:rPr>
                <w:rFonts w:hint="eastAsia"/>
                <w:b/>
              </w:rPr>
              <w:t>학점</w:t>
            </w:r>
            <w:proofErr w:type="spellEnd"/>
            <w:r w:rsidRPr="008002D3">
              <w:rPr>
                <w:b/>
              </w:rPr>
              <w:t xml:space="preserve"> (예: 4.06/4.5)</w:t>
            </w:r>
          </w:p>
        </w:tc>
      </w:tr>
      <w:tr w:rsidR="008002D3" w:rsidRPr="00FE5BAC" w14:paraId="432DC3E3" w14:textId="51CC4EE4" w:rsidTr="008002D3">
        <w:tc>
          <w:tcPr>
            <w:tcW w:w="1709" w:type="dxa"/>
            <w:vAlign w:val="center"/>
          </w:tcPr>
          <w:p w14:paraId="61DD9664" w14:textId="77777777" w:rsidR="008002D3" w:rsidRPr="00FE5BAC" w:rsidRDefault="008002D3">
            <w:r w:rsidRPr="00FE5BAC">
              <w:t xml:space="preserve">  </w:t>
            </w:r>
            <w:proofErr w:type="gramStart"/>
            <w:r w:rsidRPr="00FE5BAC">
              <w:t>.  .</w:t>
            </w:r>
            <w:proofErr w:type="gramEnd"/>
            <w:r w:rsidRPr="00FE5BAC">
              <w:t xml:space="preserve">  ~   .  .  </w:t>
            </w:r>
          </w:p>
        </w:tc>
        <w:tc>
          <w:tcPr>
            <w:tcW w:w="2368" w:type="dxa"/>
            <w:vAlign w:val="center"/>
          </w:tcPr>
          <w:p w14:paraId="0CDF75F7" w14:textId="77777777" w:rsidR="008002D3" w:rsidRPr="00FE5BAC" w:rsidRDefault="008002D3"/>
        </w:tc>
        <w:tc>
          <w:tcPr>
            <w:tcW w:w="2427" w:type="dxa"/>
            <w:vAlign w:val="center"/>
          </w:tcPr>
          <w:p w14:paraId="73BD2CF7" w14:textId="77777777" w:rsidR="008002D3" w:rsidRPr="00FE5BAC" w:rsidRDefault="008002D3"/>
        </w:tc>
        <w:tc>
          <w:tcPr>
            <w:tcW w:w="2054" w:type="dxa"/>
            <w:vAlign w:val="center"/>
          </w:tcPr>
          <w:p w14:paraId="3B72EE53" w14:textId="77777777" w:rsidR="008002D3" w:rsidRPr="00FE5BAC" w:rsidRDefault="008002D3">
            <w:r w:rsidRPr="00FE5BAC">
              <w:t>졸업/재학/수료/중퇴</w:t>
            </w:r>
          </w:p>
        </w:tc>
        <w:tc>
          <w:tcPr>
            <w:tcW w:w="1630" w:type="dxa"/>
          </w:tcPr>
          <w:p w14:paraId="25FB721F" w14:textId="480802D9" w:rsidR="008002D3" w:rsidRPr="008002D3" w:rsidRDefault="008002D3" w:rsidP="008002D3">
            <w:pPr>
              <w:jc w:val="center"/>
            </w:pPr>
            <w:r w:rsidRPr="008002D3">
              <w:t>/</w:t>
            </w:r>
          </w:p>
        </w:tc>
      </w:tr>
      <w:tr w:rsidR="008002D3" w:rsidRPr="00FE5BAC" w14:paraId="591ED249" w14:textId="3A55DB51" w:rsidTr="008002D3">
        <w:tc>
          <w:tcPr>
            <w:tcW w:w="1709" w:type="dxa"/>
            <w:vAlign w:val="center"/>
          </w:tcPr>
          <w:p w14:paraId="4DC0BE38" w14:textId="77777777" w:rsidR="008002D3" w:rsidRPr="00FE5BAC" w:rsidRDefault="008002D3">
            <w:r w:rsidRPr="00FE5BAC">
              <w:t xml:space="preserve">  </w:t>
            </w:r>
            <w:proofErr w:type="gramStart"/>
            <w:r w:rsidRPr="00FE5BAC">
              <w:t>.  .</w:t>
            </w:r>
            <w:proofErr w:type="gramEnd"/>
            <w:r w:rsidRPr="00FE5BAC">
              <w:t xml:space="preserve">  ~   .  .  </w:t>
            </w:r>
          </w:p>
        </w:tc>
        <w:tc>
          <w:tcPr>
            <w:tcW w:w="2368" w:type="dxa"/>
            <w:vAlign w:val="center"/>
          </w:tcPr>
          <w:p w14:paraId="764E539D" w14:textId="77777777" w:rsidR="008002D3" w:rsidRPr="00FE5BAC" w:rsidRDefault="008002D3"/>
        </w:tc>
        <w:tc>
          <w:tcPr>
            <w:tcW w:w="2427" w:type="dxa"/>
            <w:vAlign w:val="center"/>
          </w:tcPr>
          <w:p w14:paraId="35EAB61B" w14:textId="77777777" w:rsidR="008002D3" w:rsidRPr="00FE5BAC" w:rsidRDefault="008002D3"/>
        </w:tc>
        <w:tc>
          <w:tcPr>
            <w:tcW w:w="2054" w:type="dxa"/>
            <w:vAlign w:val="center"/>
          </w:tcPr>
          <w:p w14:paraId="0858FE42" w14:textId="77777777" w:rsidR="008002D3" w:rsidRPr="00FE5BAC" w:rsidRDefault="008002D3">
            <w:r w:rsidRPr="00FE5BAC">
              <w:t>졸업/재학/수료/중퇴</w:t>
            </w:r>
          </w:p>
        </w:tc>
        <w:tc>
          <w:tcPr>
            <w:tcW w:w="1630" w:type="dxa"/>
          </w:tcPr>
          <w:p w14:paraId="0ACB73EB" w14:textId="766208C9" w:rsidR="008002D3" w:rsidRPr="008002D3" w:rsidRDefault="008002D3" w:rsidP="008002D3">
            <w:pPr>
              <w:jc w:val="center"/>
            </w:pPr>
            <w:r w:rsidRPr="008002D3">
              <w:t>/</w:t>
            </w:r>
          </w:p>
        </w:tc>
      </w:tr>
    </w:tbl>
    <w:p w14:paraId="4DF5118F" w14:textId="77777777" w:rsidR="00D26A93" w:rsidRPr="00FE5BAC" w:rsidRDefault="00000000">
      <w:r w:rsidRPr="00FE5BAC">
        <w:rPr>
          <w:b/>
          <w:sz w:val="26"/>
        </w:rPr>
        <w:t xml:space="preserve">3. </w:t>
      </w:r>
      <w:proofErr w:type="spellStart"/>
      <w:r w:rsidRPr="00FE5BAC">
        <w:rPr>
          <w:b/>
          <w:sz w:val="26"/>
        </w:rPr>
        <w:t>경력</w:t>
      </w:r>
      <w:proofErr w:type="spellEnd"/>
    </w:p>
    <w:p w14:paraId="4DAF7E61" w14:textId="77777777" w:rsidR="00D26A93" w:rsidRPr="00FE5BAC" w:rsidRDefault="00000000">
      <w:pPr>
        <w:rPr>
          <w:lang w:eastAsia="ko-KR"/>
        </w:rPr>
      </w:pPr>
      <w:r w:rsidRPr="00FE5BAC">
        <w:rPr>
          <w:sz w:val="18"/>
          <w:lang w:eastAsia="ko-KR"/>
        </w:rPr>
        <w:t>축제·공연·문화행사·문화예술 프로젝트 경력 위주로 최근 순 기재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1984"/>
        <w:gridCol w:w="2268"/>
        <w:gridCol w:w="1701"/>
        <w:gridCol w:w="3685"/>
      </w:tblGrid>
      <w:tr w:rsidR="00D26A93" w:rsidRPr="00FE5BAC" w14:paraId="00FCE00B" w14:textId="77777777" w:rsidTr="00FE5BAC"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60902A80" w14:textId="77777777" w:rsidR="00D26A93" w:rsidRPr="00FE5BAC" w:rsidRDefault="00000000">
            <w:pPr>
              <w:jc w:val="center"/>
            </w:pPr>
            <w:proofErr w:type="spellStart"/>
            <w:r w:rsidRPr="00FE5BAC">
              <w:rPr>
                <w:b/>
              </w:rPr>
              <w:t>재직</w:t>
            </w:r>
            <w:proofErr w:type="spellEnd"/>
            <w:r w:rsidRPr="00FE5BAC">
              <w:rPr>
                <w:b/>
              </w:rPr>
              <w:t xml:space="preserve"> </w:t>
            </w:r>
            <w:proofErr w:type="spellStart"/>
            <w:r w:rsidRPr="00FE5BAC">
              <w:rPr>
                <w:b/>
              </w:rPr>
              <w:t>기간</w:t>
            </w:r>
            <w:proofErr w:type="spellEnd"/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15BB537C" w14:textId="77777777" w:rsidR="00D26A93" w:rsidRPr="00FE5BAC" w:rsidRDefault="00000000">
            <w:pPr>
              <w:jc w:val="center"/>
            </w:pPr>
            <w:r w:rsidRPr="00FE5BAC">
              <w:rPr>
                <w:b/>
              </w:rPr>
              <w:t>기관·회사명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E7E6D80" w14:textId="77777777" w:rsidR="00D26A93" w:rsidRPr="00FE5BAC" w:rsidRDefault="00000000">
            <w:pPr>
              <w:jc w:val="center"/>
            </w:pPr>
            <w:r w:rsidRPr="00FE5BAC">
              <w:rPr>
                <w:b/>
              </w:rPr>
              <w:t>직위·직책</w:t>
            </w:r>
          </w:p>
        </w:tc>
        <w:tc>
          <w:tcPr>
            <w:tcW w:w="3685" w:type="dxa"/>
            <w:shd w:val="clear" w:color="auto" w:fill="F2F2F2" w:themeFill="background1" w:themeFillShade="F2"/>
            <w:vAlign w:val="center"/>
          </w:tcPr>
          <w:p w14:paraId="633B9CD7" w14:textId="77777777" w:rsidR="00D26A93" w:rsidRPr="00FE5BAC" w:rsidRDefault="00000000">
            <w:pPr>
              <w:jc w:val="center"/>
            </w:pPr>
            <w:r w:rsidRPr="00FE5BAC">
              <w:rPr>
                <w:b/>
              </w:rPr>
              <w:t>주요 업무 및 성과</w:t>
            </w:r>
          </w:p>
        </w:tc>
      </w:tr>
      <w:tr w:rsidR="00D26A93" w:rsidRPr="00FE5BAC" w14:paraId="3947216A" w14:textId="77777777">
        <w:tc>
          <w:tcPr>
            <w:tcW w:w="1984" w:type="dxa"/>
            <w:vAlign w:val="center"/>
          </w:tcPr>
          <w:p w14:paraId="002BA3BF" w14:textId="77777777" w:rsidR="00D26A93" w:rsidRPr="00FE5BAC" w:rsidRDefault="00000000">
            <w:r w:rsidRPr="00FE5BAC">
              <w:t xml:space="preserve">  .  .  ~   .  .  </w:t>
            </w:r>
          </w:p>
        </w:tc>
        <w:tc>
          <w:tcPr>
            <w:tcW w:w="2268" w:type="dxa"/>
            <w:vAlign w:val="center"/>
          </w:tcPr>
          <w:p w14:paraId="25358E23" w14:textId="77777777" w:rsidR="00D26A93" w:rsidRPr="00FE5BAC" w:rsidRDefault="00D26A93"/>
        </w:tc>
        <w:tc>
          <w:tcPr>
            <w:tcW w:w="1701" w:type="dxa"/>
            <w:vAlign w:val="center"/>
          </w:tcPr>
          <w:p w14:paraId="129A9917" w14:textId="77777777" w:rsidR="00D26A93" w:rsidRPr="00FE5BAC" w:rsidRDefault="00D26A93"/>
        </w:tc>
        <w:tc>
          <w:tcPr>
            <w:tcW w:w="3685" w:type="dxa"/>
            <w:vAlign w:val="center"/>
          </w:tcPr>
          <w:p w14:paraId="4FEFB031" w14:textId="77777777" w:rsidR="00D26A93" w:rsidRPr="00FE5BAC" w:rsidRDefault="00D26A93"/>
        </w:tc>
      </w:tr>
      <w:tr w:rsidR="00D26A93" w:rsidRPr="00FE5BAC" w14:paraId="25BC94E6" w14:textId="77777777">
        <w:tc>
          <w:tcPr>
            <w:tcW w:w="1984" w:type="dxa"/>
            <w:vAlign w:val="center"/>
          </w:tcPr>
          <w:p w14:paraId="78D9C2A3" w14:textId="77777777" w:rsidR="00D26A93" w:rsidRPr="00FE5BAC" w:rsidRDefault="00000000">
            <w:r w:rsidRPr="00FE5BAC">
              <w:t xml:space="preserve">  .  .  ~   .  .  </w:t>
            </w:r>
          </w:p>
        </w:tc>
        <w:tc>
          <w:tcPr>
            <w:tcW w:w="2268" w:type="dxa"/>
            <w:vAlign w:val="center"/>
          </w:tcPr>
          <w:p w14:paraId="550CCCF7" w14:textId="77777777" w:rsidR="00D26A93" w:rsidRPr="00FE5BAC" w:rsidRDefault="00D26A93"/>
        </w:tc>
        <w:tc>
          <w:tcPr>
            <w:tcW w:w="1701" w:type="dxa"/>
            <w:vAlign w:val="center"/>
          </w:tcPr>
          <w:p w14:paraId="67201358" w14:textId="77777777" w:rsidR="00D26A93" w:rsidRPr="00FE5BAC" w:rsidRDefault="00D26A93"/>
        </w:tc>
        <w:tc>
          <w:tcPr>
            <w:tcW w:w="3685" w:type="dxa"/>
            <w:vAlign w:val="center"/>
          </w:tcPr>
          <w:p w14:paraId="5492FB39" w14:textId="77777777" w:rsidR="00D26A93" w:rsidRPr="00FE5BAC" w:rsidRDefault="00D26A93"/>
        </w:tc>
      </w:tr>
      <w:tr w:rsidR="00D26A93" w:rsidRPr="00FE5BAC" w14:paraId="35A411EE" w14:textId="77777777">
        <w:tc>
          <w:tcPr>
            <w:tcW w:w="1984" w:type="dxa"/>
            <w:vAlign w:val="center"/>
          </w:tcPr>
          <w:p w14:paraId="4EA8F134" w14:textId="77777777" w:rsidR="00D26A93" w:rsidRPr="00FE5BAC" w:rsidRDefault="00000000">
            <w:r w:rsidRPr="00FE5BAC">
              <w:t xml:space="preserve">  .  .  ~   .  .  </w:t>
            </w:r>
          </w:p>
        </w:tc>
        <w:tc>
          <w:tcPr>
            <w:tcW w:w="2268" w:type="dxa"/>
            <w:vAlign w:val="center"/>
          </w:tcPr>
          <w:p w14:paraId="423A33D4" w14:textId="77777777" w:rsidR="00D26A93" w:rsidRPr="00FE5BAC" w:rsidRDefault="00D26A93"/>
        </w:tc>
        <w:tc>
          <w:tcPr>
            <w:tcW w:w="1701" w:type="dxa"/>
            <w:vAlign w:val="center"/>
          </w:tcPr>
          <w:p w14:paraId="4DE320FC" w14:textId="77777777" w:rsidR="00D26A93" w:rsidRPr="00FE5BAC" w:rsidRDefault="00D26A93"/>
        </w:tc>
        <w:tc>
          <w:tcPr>
            <w:tcW w:w="3685" w:type="dxa"/>
            <w:vAlign w:val="center"/>
          </w:tcPr>
          <w:p w14:paraId="1D753CA4" w14:textId="77777777" w:rsidR="00D26A93" w:rsidRPr="00FE5BAC" w:rsidRDefault="00D26A93"/>
        </w:tc>
      </w:tr>
    </w:tbl>
    <w:p w14:paraId="3FE50636" w14:textId="77777777" w:rsidR="00D26A93" w:rsidRPr="00FE5BAC" w:rsidRDefault="00000000">
      <w:pPr>
        <w:rPr>
          <w:lang w:eastAsia="ko-KR"/>
        </w:rPr>
      </w:pPr>
      <w:r w:rsidRPr="00FE5BAC">
        <w:rPr>
          <w:b/>
          <w:sz w:val="26"/>
          <w:lang w:eastAsia="ko-KR"/>
        </w:rPr>
        <w:t>4. 정부지원사업 수행 경험</w:t>
      </w:r>
    </w:p>
    <w:p w14:paraId="502C1D95" w14:textId="77777777" w:rsidR="00D26A93" w:rsidRPr="00FE5BAC" w:rsidRDefault="00000000">
      <w:pPr>
        <w:rPr>
          <w:lang w:eastAsia="ko-KR"/>
        </w:rPr>
      </w:pPr>
      <w:r w:rsidRPr="00FE5BAC">
        <w:rPr>
          <w:sz w:val="18"/>
          <w:lang w:eastAsia="ko-KR"/>
        </w:rPr>
        <w:t>필수 자격: 정부사업 정산·행정·결과보고서 작성 경험 (e나라도움 등). 본인이 직접 담당한 사업만 기재.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2154"/>
        <w:gridCol w:w="1701"/>
        <w:gridCol w:w="1417"/>
        <w:gridCol w:w="1701"/>
        <w:gridCol w:w="1361"/>
        <w:gridCol w:w="1304"/>
      </w:tblGrid>
      <w:tr w:rsidR="00D26A93" w:rsidRPr="00FE5BAC" w14:paraId="0AC8CDB7" w14:textId="77777777" w:rsidTr="00FE5BAC">
        <w:tc>
          <w:tcPr>
            <w:tcW w:w="2154" w:type="dxa"/>
            <w:shd w:val="clear" w:color="auto" w:fill="F2F2F2" w:themeFill="background1" w:themeFillShade="F2"/>
            <w:vAlign w:val="center"/>
          </w:tcPr>
          <w:p w14:paraId="4777C069" w14:textId="77777777" w:rsidR="00D26A93" w:rsidRPr="00FE5BAC" w:rsidRDefault="00000000">
            <w:pPr>
              <w:jc w:val="center"/>
            </w:pPr>
            <w:proofErr w:type="spellStart"/>
            <w:r w:rsidRPr="00FE5BAC">
              <w:rPr>
                <w:b/>
              </w:rPr>
              <w:t>사업명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581D4978" w14:textId="77777777" w:rsidR="00D26A93" w:rsidRPr="00FE5BAC" w:rsidRDefault="00000000">
            <w:pPr>
              <w:jc w:val="center"/>
            </w:pPr>
            <w:r w:rsidRPr="00FE5BAC">
              <w:rPr>
                <w:b/>
              </w:rPr>
              <w:t>발주기관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76986BD0" w14:textId="77777777" w:rsidR="00D26A93" w:rsidRPr="00FE5BAC" w:rsidRDefault="00000000">
            <w:pPr>
              <w:jc w:val="center"/>
            </w:pPr>
            <w:r w:rsidRPr="00FE5BAC">
              <w:rPr>
                <w:b/>
              </w:rPr>
              <w:t>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506D07FE" w14:textId="77777777" w:rsidR="00D26A93" w:rsidRPr="00FE5BAC" w:rsidRDefault="00000000">
            <w:pPr>
              <w:jc w:val="center"/>
            </w:pPr>
            <w:r w:rsidRPr="00FE5BAC">
              <w:rPr>
                <w:b/>
              </w:rPr>
              <w:t>본인 역할</w:t>
            </w:r>
          </w:p>
        </w:tc>
        <w:tc>
          <w:tcPr>
            <w:tcW w:w="1361" w:type="dxa"/>
            <w:shd w:val="clear" w:color="auto" w:fill="F2F2F2" w:themeFill="background1" w:themeFillShade="F2"/>
            <w:vAlign w:val="center"/>
          </w:tcPr>
          <w:p w14:paraId="3828E569" w14:textId="77777777" w:rsidR="00D85FB3" w:rsidRPr="00D85FB3" w:rsidRDefault="00D85FB3">
            <w:pPr>
              <w:jc w:val="center"/>
              <w:rPr>
                <w:b/>
                <w:bCs/>
                <w:lang w:eastAsia="ko-KR"/>
              </w:rPr>
            </w:pPr>
            <w:r w:rsidRPr="00D85FB3">
              <w:rPr>
                <w:rFonts w:hint="eastAsia"/>
                <w:b/>
                <w:bCs/>
                <w:lang w:eastAsia="ko-KR"/>
              </w:rPr>
              <w:t>창업진흥원</w:t>
            </w:r>
            <w:r w:rsidRPr="00D85FB3">
              <w:rPr>
                <w:b/>
                <w:bCs/>
                <w:lang w:eastAsia="ko-KR"/>
              </w:rPr>
              <w:t xml:space="preserve"> PMS 사용</w:t>
            </w:r>
          </w:p>
          <w:p w14:paraId="01D877D0" w14:textId="487B2AE1" w:rsidR="00D26A93" w:rsidRPr="005E3346" w:rsidRDefault="00D26A93">
            <w:pPr>
              <w:jc w:val="center"/>
              <w:rPr>
                <w:b/>
                <w:bCs/>
                <w:lang w:eastAsia="ko-KR"/>
              </w:rPr>
            </w:pPr>
          </w:p>
        </w:tc>
        <w:tc>
          <w:tcPr>
            <w:tcW w:w="1304" w:type="dxa"/>
            <w:shd w:val="clear" w:color="auto" w:fill="F2F2F2" w:themeFill="background1" w:themeFillShade="F2"/>
            <w:vAlign w:val="center"/>
          </w:tcPr>
          <w:p w14:paraId="6879268D" w14:textId="77777777" w:rsidR="00D26A93" w:rsidRPr="005E3346" w:rsidRDefault="00000000">
            <w:pPr>
              <w:jc w:val="center"/>
            </w:pPr>
            <w:proofErr w:type="spellStart"/>
            <w:r w:rsidRPr="005E3346">
              <w:rPr>
                <w:b/>
              </w:rPr>
              <w:t>e나라도움</w:t>
            </w:r>
            <w:proofErr w:type="spellEnd"/>
            <w:r w:rsidRPr="005E3346">
              <w:rPr>
                <w:b/>
              </w:rPr>
              <w:t xml:space="preserve"> </w:t>
            </w:r>
            <w:proofErr w:type="spellStart"/>
            <w:r w:rsidRPr="005E3346">
              <w:rPr>
                <w:b/>
              </w:rPr>
              <w:t>사용</w:t>
            </w:r>
            <w:proofErr w:type="spellEnd"/>
          </w:p>
        </w:tc>
      </w:tr>
      <w:tr w:rsidR="005E3346" w:rsidRPr="00FE5BAC" w14:paraId="1225CC3E" w14:textId="77777777">
        <w:tc>
          <w:tcPr>
            <w:tcW w:w="2154" w:type="dxa"/>
            <w:vAlign w:val="center"/>
          </w:tcPr>
          <w:p w14:paraId="54888B78" w14:textId="77777777" w:rsidR="005E3346" w:rsidRPr="00FE5BAC" w:rsidRDefault="005E3346" w:rsidP="005E3346"/>
        </w:tc>
        <w:tc>
          <w:tcPr>
            <w:tcW w:w="1701" w:type="dxa"/>
            <w:vAlign w:val="center"/>
          </w:tcPr>
          <w:p w14:paraId="155B57F5" w14:textId="77777777" w:rsidR="005E3346" w:rsidRPr="00FE5BAC" w:rsidRDefault="005E3346" w:rsidP="005E3346"/>
        </w:tc>
        <w:tc>
          <w:tcPr>
            <w:tcW w:w="1417" w:type="dxa"/>
            <w:vAlign w:val="center"/>
          </w:tcPr>
          <w:p w14:paraId="6C4A11EA" w14:textId="77777777" w:rsidR="005E3346" w:rsidRPr="00FE5BAC" w:rsidRDefault="005E3346" w:rsidP="005E3346">
            <w:r w:rsidRPr="00FE5BAC">
              <w:t xml:space="preserve">  .  ~   .  </w:t>
            </w:r>
          </w:p>
        </w:tc>
        <w:tc>
          <w:tcPr>
            <w:tcW w:w="1701" w:type="dxa"/>
            <w:vAlign w:val="center"/>
          </w:tcPr>
          <w:p w14:paraId="709E3BE2" w14:textId="77777777" w:rsidR="005E3346" w:rsidRPr="00FE5BAC" w:rsidRDefault="005E3346" w:rsidP="005E3346"/>
        </w:tc>
        <w:tc>
          <w:tcPr>
            <w:tcW w:w="1361" w:type="dxa"/>
            <w:vAlign w:val="center"/>
          </w:tcPr>
          <w:p w14:paraId="016C534D" w14:textId="03AA4222" w:rsidR="005E3346" w:rsidRPr="00FE5BAC" w:rsidRDefault="005E3346" w:rsidP="005E3346">
            <w:r w:rsidRPr="00FE5BAC">
              <w:t xml:space="preserve">□ </w:t>
            </w:r>
            <w:proofErr w:type="spellStart"/>
            <w:proofErr w:type="gramStart"/>
            <w:r w:rsidRPr="00FE5BAC">
              <w:t>사용</w:t>
            </w:r>
            <w:proofErr w:type="spellEnd"/>
            <w:r w:rsidRPr="00FE5BAC">
              <w:t xml:space="preserve">  □</w:t>
            </w:r>
            <w:proofErr w:type="gramEnd"/>
            <w:r w:rsidRPr="00FE5BAC">
              <w:t xml:space="preserve"> </w:t>
            </w:r>
            <w:proofErr w:type="spellStart"/>
            <w:r w:rsidRPr="00FE5BAC">
              <w:t>미사용</w:t>
            </w:r>
            <w:proofErr w:type="spellEnd"/>
          </w:p>
        </w:tc>
        <w:tc>
          <w:tcPr>
            <w:tcW w:w="1304" w:type="dxa"/>
            <w:vAlign w:val="center"/>
          </w:tcPr>
          <w:p w14:paraId="33C470BD" w14:textId="77777777" w:rsidR="005E3346" w:rsidRPr="00FE5BAC" w:rsidRDefault="005E3346" w:rsidP="005E3346">
            <w:r w:rsidRPr="00FE5BAC">
              <w:t>□ 사용  □ 미사용</w:t>
            </w:r>
          </w:p>
        </w:tc>
      </w:tr>
      <w:tr w:rsidR="005E3346" w:rsidRPr="00FE5BAC" w14:paraId="6F6DFB9D" w14:textId="77777777">
        <w:tc>
          <w:tcPr>
            <w:tcW w:w="2154" w:type="dxa"/>
            <w:vAlign w:val="center"/>
          </w:tcPr>
          <w:p w14:paraId="4F1933BD" w14:textId="77777777" w:rsidR="005E3346" w:rsidRPr="00FE5BAC" w:rsidRDefault="005E3346" w:rsidP="005E3346"/>
        </w:tc>
        <w:tc>
          <w:tcPr>
            <w:tcW w:w="1701" w:type="dxa"/>
            <w:vAlign w:val="center"/>
          </w:tcPr>
          <w:p w14:paraId="14E2A740" w14:textId="77777777" w:rsidR="005E3346" w:rsidRPr="00FE5BAC" w:rsidRDefault="005E3346" w:rsidP="005E3346"/>
        </w:tc>
        <w:tc>
          <w:tcPr>
            <w:tcW w:w="1417" w:type="dxa"/>
            <w:vAlign w:val="center"/>
          </w:tcPr>
          <w:p w14:paraId="56370C47" w14:textId="77777777" w:rsidR="005E3346" w:rsidRPr="00FE5BAC" w:rsidRDefault="005E3346" w:rsidP="005E3346">
            <w:r w:rsidRPr="00FE5BAC">
              <w:t xml:space="preserve">  .  ~   .  </w:t>
            </w:r>
          </w:p>
        </w:tc>
        <w:tc>
          <w:tcPr>
            <w:tcW w:w="1701" w:type="dxa"/>
            <w:vAlign w:val="center"/>
          </w:tcPr>
          <w:p w14:paraId="18DEEB51" w14:textId="77777777" w:rsidR="005E3346" w:rsidRPr="00FE5BAC" w:rsidRDefault="005E3346" w:rsidP="005E3346"/>
        </w:tc>
        <w:tc>
          <w:tcPr>
            <w:tcW w:w="1361" w:type="dxa"/>
            <w:vAlign w:val="center"/>
          </w:tcPr>
          <w:p w14:paraId="3AF64F01" w14:textId="66F65EA2" w:rsidR="005E3346" w:rsidRPr="00FE5BAC" w:rsidRDefault="005E3346" w:rsidP="005E3346">
            <w:r w:rsidRPr="00FE5BAC">
              <w:t xml:space="preserve">□ </w:t>
            </w:r>
            <w:proofErr w:type="spellStart"/>
            <w:proofErr w:type="gramStart"/>
            <w:r w:rsidRPr="00FE5BAC">
              <w:t>사용</w:t>
            </w:r>
            <w:proofErr w:type="spellEnd"/>
            <w:r w:rsidRPr="00FE5BAC">
              <w:t xml:space="preserve">  □</w:t>
            </w:r>
            <w:proofErr w:type="gramEnd"/>
            <w:r w:rsidRPr="00FE5BAC">
              <w:t xml:space="preserve"> </w:t>
            </w:r>
            <w:proofErr w:type="spellStart"/>
            <w:r w:rsidRPr="00FE5BAC">
              <w:t>미사용</w:t>
            </w:r>
            <w:proofErr w:type="spellEnd"/>
          </w:p>
        </w:tc>
        <w:tc>
          <w:tcPr>
            <w:tcW w:w="1304" w:type="dxa"/>
            <w:vAlign w:val="center"/>
          </w:tcPr>
          <w:p w14:paraId="1641A545" w14:textId="77777777" w:rsidR="005E3346" w:rsidRPr="00FE5BAC" w:rsidRDefault="005E3346" w:rsidP="005E3346">
            <w:r w:rsidRPr="00FE5BAC">
              <w:t>□ 사용  □ 미사용</w:t>
            </w:r>
          </w:p>
        </w:tc>
      </w:tr>
    </w:tbl>
    <w:p w14:paraId="76ACE7F6" w14:textId="77777777" w:rsidR="00D26A93" w:rsidRPr="00FE5BAC" w:rsidRDefault="00000000">
      <w:r w:rsidRPr="00FE5BAC">
        <w:rPr>
          <w:b/>
          <w:sz w:val="26"/>
        </w:rPr>
        <w:lastRenderedPageBreak/>
        <w:t xml:space="preserve">5. </w:t>
      </w:r>
      <w:proofErr w:type="spellStart"/>
      <w:r w:rsidRPr="00FE5BAC">
        <w:rPr>
          <w:b/>
          <w:sz w:val="26"/>
        </w:rPr>
        <w:t>보유</w:t>
      </w:r>
      <w:proofErr w:type="spellEnd"/>
      <w:r w:rsidRPr="00FE5BAC">
        <w:rPr>
          <w:b/>
          <w:sz w:val="26"/>
        </w:rPr>
        <w:t xml:space="preserve"> </w:t>
      </w:r>
      <w:proofErr w:type="spellStart"/>
      <w:r w:rsidRPr="00FE5BAC">
        <w:rPr>
          <w:b/>
          <w:sz w:val="26"/>
        </w:rPr>
        <w:t>역량</w:t>
      </w:r>
      <w:proofErr w:type="spellEnd"/>
      <w:r w:rsidRPr="00FE5BAC">
        <w:rPr>
          <w:b/>
          <w:sz w:val="26"/>
        </w:rPr>
        <w:t xml:space="preserve"> 및 </w:t>
      </w:r>
      <w:proofErr w:type="spellStart"/>
      <w:r w:rsidRPr="00FE5BAC">
        <w:rPr>
          <w:b/>
          <w:sz w:val="26"/>
        </w:rPr>
        <w:t>도구</w:t>
      </w:r>
      <w:proofErr w:type="spellEnd"/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2551"/>
        <w:gridCol w:w="7087"/>
      </w:tblGrid>
      <w:tr w:rsidR="00D26A93" w:rsidRPr="00FE5BAC" w14:paraId="24C4ACA4" w14:textId="77777777" w:rsidTr="00FE5BAC"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624BB8AF" w14:textId="77777777" w:rsidR="00D26A93" w:rsidRPr="00FE5BAC" w:rsidRDefault="00000000">
            <w:pPr>
              <w:jc w:val="center"/>
            </w:pPr>
            <w:r w:rsidRPr="00FE5BAC">
              <w:rPr>
                <w:b/>
              </w:rPr>
              <w:t>협업 도구</w:t>
            </w:r>
          </w:p>
        </w:tc>
        <w:tc>
          <w:tcPr>
            <w:tcW w:w="7087" w:type="dxa"/>
            <w:vAlign w:val="center"/>
          </w:tcPr>
          <w:p w14:paraId="0DF901BF" w14:textId="77777777" w:rsidR="00D26A93" w:rsidRPr="00FE5BAC" w:rsidRDefault="00000000">
            <w:pPr>
              <w:rPr>
                <w:lang w:eastAsia="ko-KR"/>
              </w:rPr>
            </w:pPr>
            <w:proofErr w:type="spellStart"/>
            <w:r w:rsidRPr="00FE5BAC">
              <w:rPr>
                <w:lang w:eastAsia="ko-KR"/>
              </w:rPr>
              <w:t>노션</w:t>
            </w:r>
            <w:proofErr w:type="spellEnd"/>
            <w:r w:rsidRPr="00FE5BAC">
              <w:rPr>
                <w:lang w:eastAsia="ko-KR"/>
              </w:rPr>
              <w:t xml:space="preserve"> □ (활용기간:    년)   </w:t>
            </w:r>
            <w:proofErr w:type="spellStart"/>
            <w:r w:rsidRPr="00FE5BAC">
              <w:rPr>
                <w:lang w:eastAsia="ko-KR"/>
              </w:rPr>
              <w:t>슬랙</w:t>
            </w:r>
            <w:proofErr w:type="spellEnd"/>
            <w:r w:rsidRPr="00FE5BAC">
              <w:rPr>
                <w:lang w:eastAsia="ko-KR"/>
              </w:rPr>
              <w:t xml:space="preserve"> □   구글워크스페이스 □   기타 □</w:t>
            </w:r>
            <w:r w:rsidRPr="00FE5BAC">
              <w:rPr>
                <w:lang w:eastAsia="ko-KR"/>
              </w:rPr>
              <w:br/>
              <w:t>구체 활용 사례:</w:t>
            </w:r>
          </w:p>
        </w:tc>
      </w:tr>
      <w:tr w:rsidR="00D26A93" w:rsidRPr="00FE5BAC" w14:paraId="78BEDA32" w14:textId="77777777" w:rsidTr="00FE5BAC"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281FE885" w14:textId="77777777" w:rsidR="00D26A93" w:rsidRPr="00FE5BAC" w:rsidRDefault="00000000">
            <w:pPr>
              <w:jc w:val="center"/>
            </w:pPr>
            <w:proofErr w:type="spellStart"/>
            <w:r w:rsidRPr="00FE5BAC">
              <w:rPr>
                <w:b/>
              </w:rPr>
              <w:t>문서</w:t>
            </w:r>
            <w:proofErr w:type="spellEnd"/>
            <w:r w:rsidRPr="00FE5BAC">
              <w:rPr>
                <w:b/>
              </w:rPr>
              <w:t xml:space="preserve"> </w:t>
            </w:r>
            <w:proofErr w:type="spellStart"/>
            <w:r w:rsidRPr="00FE5BAC">
              <w:rPr>
                <w:b/>
              </w:rPr>
              <w:t>작성</w:t>
            </w:r>
            <w:proofErr w:type="spellEnd"/>
            <w:r w:rsidRPr="00FE5BAC">
              <w:rPr>
                <w:b/>
              </w:rPr>
              <w:t xml:space="preserve"> </w:t>
            </w:r>
            <w:proofErr w:type="spellStart"/>
            <w:r w:rsidRPr="00FE5BAC">
              <w:rPr>
                <w:b/>
              </w:rPr>
              <w:t>도구</w:t>
            </w:r>
            <w:proofErr w:type="spellEnd"/>
          </w:p>
        </w:tc>
        <w:tc>
          <w:tcPr>
            <w:tcW w:w="7087" w:type="dxa"/>
            <w:vAlign w:val="center"/>
          </w:tcPr>
          <w:p w14:paraId="6B280118" w14:textId="77777777" w:rsidR="00D26A93" w:rsidRPr="00FE5BAC" w:rsidRDefault="00000000">
            <w:pPr>
              <w:rPr>
                <w:lang w:eastAsia="ko-KR"/>
              </w:rPr>
            </w:pPr>
            <w:r w:rsidRPr="00FE5BAC">
              <w:rPr>
                <w:lang w:eastAsia="ko-KR"/>
              </w:rPr>
              <w:t>PPT □ (수준: 상/중/하)   Word □   Excel □   한컴오피스 □   기타 □</w:t>
            </w:r>
            <w:r w:rsidRPr="00FE5BAC">
              <w:rPr>
                <w:lang w:eastAsia="ko-KR"/>
              </w:rPr>
              <w:br/>
              <w:t>자신 있는 산출물 유형:</w:t>
            </w:r>
          </w:p>
        </w:tc>
      </w:tr>
      <w:tr w:rsidR="00D26A93" w:rsidRPr="00FE5BAC" w14:paraId="4D89C7F2" w14:textId="77777777" w:rsidTr="00FE5BAC"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4CC5A055" w14:textId="77777777" w:rsidR="00D26A93" w:rsidRPr="00FE5BAC" w:rsidRDefault="00000000">
            <w:pPr>
              <w:jc w:val="center"/>
            </w:pPr>
            <w:r w:rsidRPr="00FE5BAC">
              <w:rPr>
                <w:b/>
              </w:rPr>
              <w:t xml:space="preserve">AI </w:t>
            </w:r>
            <w:proofErr w:type="spellStart"/>
            <w:r w:rsidRPr="00FE5BAC">
              <w:rPr>
                <w:b/>
              </w:rPr>
              <w:t>도구</w:t>
            </w:r>
            <w:proofErr w:type="spellEnd"/>
            <w:r w:rsidRPr="00FE5BAC">
              <w:rPr>
                <w:b/>
              </w:rPr>
              <w:t xml:space="preserve"> </w:t>
            </w:r>
            <w:proofErr w:type="spellStart"/>
            <w:r w:rsidRPr="00FE5BAC">
              <w:rPr>
                <w:b/>
              </w:rPr>
              <w:t>활용</w:t>
            </w:r>
            <w:proofErr w:type="spellEnd"/>
          </w:p>
        </w:tc>
        <w:tc>
          <w:tcPr>
            <w:tcW w:w="7087" w:type="dxa"/>
            <w:vAlign w:val="center"/>
          </w:tcPr>
          <w:p w14:paraId="54A4B392" w14:textId="770C7DEE" w:rsidR="00D26A93" w:rsidRPr="00FE5BAC" w:rsidRDefault="00000000" w:rsidP="006154B7">
            <w:pPr>
              <w:rPr>
                <w:lang w:eastAsia="ko-KR"/>
              </w:rPr>
            </w:pPr>
            <w:r w:rsidRPr="00FE5BAC">
              <w:rPr>
                <w:lang w:eastAsia="ko-KR"/>
              </w:rPr>
              <w:t>Claude □   Gemini □   ChatGPT □   기타 □</w:t>
            </w:r>
            <w:r w:rsidRPr="00FE5BAC">
              <w:rPr>
                <w:lang w:eastAsia="ko-KR"/>
              </w:rPr>
              <w:br/>
              <w:t>주된 활용 분야 (예: 문서 초안, 자료 조사, 회의록, 코드 등):</w:t>
            </w:r>
          </w:p>
        </w:tc>
      </w:tr>
      <w:tr w:rsidR="00D26A93" w:rsidRPr="00FE5BAC" w14:paraId="234393BB" w14:textId="77777777" w:rsidTr="00FE5BAC"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38514347" w14:textId="77777777" w:rsidR="00D26A93" w:rsidRPr="00FE5BAC" w:rsidRDefault="00000000">
            <w:pPr>
              <w:jc w:val="center"/>
            </w:pPr>
            <w:proofErr w:type="spellStart"/>
            <w:r w:rsidRPr="00FE5BAC">
              <w:rPr>
                <w:b/>
              </w:rPr>
              <w:t>외국어</w:t>
            </w:r>
            <w:proofErr w:type="spellEnd"/>
            <w:r w:rsidRPr="00FE5BAC">
              <w:rPr>
                <w:b/>
              </w:rPr>
              <w:t xml:space="preserve"> </w:t>
            </w:r>
            <w:proofErr w:type="spellStart"/>
            <w:r w:rsidRPr="00FE5BAC">
              <w:rPr>
                <w:b/>
              </w:rPr>
              <w:t>능력</w:t>
            </w:r>
            <w:proofErr w:type="spellEnd"/>
          </w:p>
        </w:tc>
        <w:tc>
          <w:tcPr>
            <w:tcW w:w="7087" w:type="dxa"/>
            <w:vAlign w:val="center"/>
          </w:tcPr>
          <w:p w14:paraId="208ED9BB" w14:textId="13F5C7A9" w:rsidR="00D26A93" w:rsidRPr="00FE5BAC" w:rsidRDefault="00D26A93"/>
        </w:tc>
      </w:tr>
      <w:tr w:rsidR="00D26A93" w:rsidRPr="00FE5BAC" w14:paraId="04764A0D" w14:textId="77777777" w:rsidTr="00FE5BAC"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72873AA2" w14:textId="77777777" w:rsidR="00D26A93" w:rsidRPr="00FE5BAC" w:rsidRDefault="00000000">
            <w:pPr>
              <w:jc w:val="center"/>
            </w:pPr>
            <w:proofErr w:type="spellStart"/>
            <w:r w:rsidRPr="00FE5BAC">
              <w:rPr>
                <w:b/>
              </w:rPr>
              <w:t>자격증</w:t>
            </w:r>
            <w:proofErr w:type="spellEnd"/>
          </w:p>
        </w:tc>
        <w:tc>
          <w:tcPr>
            <w:tcW w:w="7087" w:type="dxa"/>
            <w:vAlign w:val="center"/>
          </w:tcPr>
          <w:p w14:paraId="48E1408D" w14:textId="073B5073" w:rsidR="00D26A93" w:rsidRPr="00FE5BAC" w:rsidRDefault="00D26A93">
            <w:pPr>
              <w:rPr>
                <w:lang w:eastAsia="ko-KR"/>
              </w:rPr>
            </w:pPr>
          </w:p>
        </w:tc>
      </w:tr>
    </w:tbl>
    <w:p w14:paraId="49038C9E" w14:textId="77777777" w:rsidR="00D26A93" w:rsidRPr="00FE5BAC" w:rsidRDefault="00000000">
      <w:pPr>
        <w:rPr>
          <w:lang w:eastAsia="ko-KR"/>
        </w:rPr>
      </w:pPr>
      <w:r w:rsidRPr="00FE5BAC">
        <w:rPr>
          <w:b/>
          <w:sz w:val="26"/>
          <w:lang w:eastAsia="ko-KR"/>
        </w:rPr>
        <w:t>6. 자기소개서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9972"/>
      </w:tblGrid>
      <w:tr w:rsidR="00D26A93" w:rsidRPr="00FE5BAC" w14:paraId="06811EA0" w14:textId="77777777">
        <w:tc>
          <w:tcPr>
            <w:tcW w:w="9972" w:type="dxa"/>
          </w:tcPr>
          <w:p w14:paraId="7A6DB0CE" w14:textId="258DF624" w:rsidR="00FE5BAC" w:rsidRPr="00FE5BAC" w:rsidRDefault="00FE5BAC" w:rsidP="00FE5BAC">
            <w:pPr>
              <w:rPr>
                <w:color w:val="A6A6A6" w:themeColor="background1" w:themeShade="A6"/>
                <w:sz w:val="18"/>
                <w:lang w:eastAsia="ko-KR"/>
              </w:rPr>
            </w:pPr>
            <w:r w:rsidRPr="00FE5BAC">
              <w:rPr>
                <w:rFonts w:hint="eastAsia"/>
                <w:color w:val="A6A6A6" w:themeColor="background1" w:themeShade="A6"/>
                <w:sz w:val="18"/>
                <w:lang w:eastAsia="ko-KR"/>
              </w:rPr>
              <w:t>분량</w:t>
            </w:r>
            <w:r w:rsidRPr="00FE5BAC">
              <w:rPr>
                <w:color w:val="A6A6A6" w:themeColor="background1" w:themeShade="A6"/>
                <w:sz w:val="18"/>
                <w:lang w:eastAsia="ko-KR"/>
              </w:rPr>
              <w:t xml:space="preserve"> 1,500~2</w:t>
            </w:r>
            <w:r w:rsidR="009A5C94">
              <w:rPr>
                <w:rFonts w:hint="eastAsia"/>
                <w:color w:val="A6A6A6" w:themeColor="background1" w:themeShade="A6"/>
                <w:sz w:val="18"/>
                <w:lang w:eastAsia="ko-KR"/>
              </w:rPr>
              <w:t>,0</w:t>
            </w:r>
            <w:r w:rsidRPr="00FE5BAC">
              <w:rPr>
                <w:color w:val="A6A6A6" w:themeColor="background1" w:themeShade="A6"/>
                <w:sz w:val="18"/>
                <w:lang w:eastAsia="ko-KR"/>
              </w:rPr>
              <w:t>00자 내외. 자유 양식으로 아래 내용을 자연스럽게 녹여 작성해 주세요.</w:t>
            </w:r>
          </w:p>
          <w:p w14:paraId="5D24BD0E" w14:textId="77777777" w:rsidR="00FE5BAC" w:rsidRPr="00FE5BAC" w:rsidRDefault="00FE5BAC" w:rsidP="00FE5BAC">
            <w:pPr>
              <w:rPr>
                <w:color w:val="A6A6A6" w:themeColor="background1" w:themeShade="A6"/>
                <w:sz w:val="18"/>
                <w:lang w:eastAsia="ko-KR"/>
              </w:rPr>
            </w:pPr>
            <w:r w:rsidRPr="00FE5BAC">
              <w:rPr>
                <w:rFonts w:hint="eastAsia"/>
                <w:color w:val="A6A6A6" w:themeColor="background1" w:themeShade="A6"/>
                <w:sz w:val="18"/>
                <w:lang w:eastAsia="ko-KR"/>
              </w:rPr>
              <w:t>①</w:t>
            </w:r>
            <w:r w:rsidRPr="00FE5BAC">
              <w:rPr>
                <w:color w:val="A6A6A6" w:themeColor="background1" w:themeShade="A6"/>
                <w:sz w:val="18"/>
                <w:lang w:eastAsia="ko-KR"/>
              </w:rPr>
              <w:t xml:space="preserve"> 지원 동기 — </w:t>
            </w:r>
            <w:proofErr w:type="spellStart"/>
            <w:r w:rsidRPr="00FE5BAC">
              <w:rPr>
                <w:color w:val="A6A6A6" w:themeColor="background1" w:themeShade="A6"/>
                <w:sz w:val="18"/>
                <w:lang w:eastAsia="ko-KR"/>
              </w:rPr>
              <w:t>보쎄스</w:t>
            </w:r>
            <w:proofErr w:type="spellEnd"/>
            <w:r w:rsidRPr="00FE5BAC">
              <w:rPr>
                <w:color w:val="A6A6A6" w:themeColor="background1" w:themeShade="A6"/>
                <w:sz w:val="18"/>
                <w:lang w:eastAsia="ko-KR"/>
              </w:rPr>
              <w:t>A&amp;T의 비전(클래식 예술계의 스타트업 방식 기술융합·프리미엄 IP 전략)과 본인의 연결 지점, PM 직무 지원 이유</w:t>
            </w:r>
          </w:p>
          <w:p w14:paraId="6575A36A" w14:textId="77777777" w:rsidR="00FE5BAC" w:rsidRPr="00FE5BAC" w:rsidRDefault="00FE5BAC" w:rsidP="00FE5BAC">
            <w:pPr>
              <w:rPr>
                <w:color w:val="A6A6A6" w:themeColor="background1" w:themeShade="A6"/>
                <w:sz w:val="18"/>
                <w:lang w:eastAsia="ko-KR"/>
              </w:rPr>
            </w:pPr>
            <w:r w:rsidRPr="00FE5BAC">
              <w:rPr>
                <w:rFonts w:hint="eastAsia"/>
                <w:color w:val="A6A6A6" w:themeColor="background1" w:themeShade="A6"/>
                <w:sz w:val="18"/>
                <w:lang w:eastAsia="ko-KR"/>
              </w:rPr>
              <w:t>②</w:t>
            </w:r>
            <w:r w:rsidRPr="00FE5BAC">
              <w:rPr>
                <w:color w:val="A6A6A6" w:themeColor="background1" w:themeShade="A6"/>
                <w:sz w:val="18"/>
                <w:lang w:eastAsia="ko-KR"/>
              </w:rPr>
              <w:t xml:space="preserve"> 운영·기획 경험 — 주도적으로 운영·기획한 프로젝트 1건 (본인 </w:t>
            </w:r>
            <w:proofErr w:type="gramStart"/>
            <w:r w:rsidRPr="00FE5BAC">
              <w:rPr>
                <w:color w:val="A6A6A6" w:themeColor="background1" w:themeShade="A6"/>
                <w:sz w:val="18"/>
                <w:lang w:eastAsia="ko-KR"/>
              </w:rPr>
              <w:t>역할 /</w:t>
            </w:r>
            <w:proofErr w:type="gramEnd"/>
            <w:r w:rsidRPr="00FE5BAC">
              <w:rPr>
                <w:color w:val="A6A6A6" w:themeColor="background1" w:themeShade="A6"/>
                <w:sz w:val="18"/>
                <w:lang w:eastAsia="ko-KR"/>
              </w:rPr>
              <w:t xml:space="preserve"> 직면한 </w:t>
            </w:r>
            <w:proofErr w:type="gramStart"/>
            <w:r w:rsidRPr="00FE5BAC">
              <w:rPr>
                <w:color w:val="A6A6A6" w:themeColor="background1" w:themeShade="A6"/>
                <w:sz w:val="18"/>
                <w:lang w:eastAsia="ko-KR"/>
              </w:rPr>
              <w:t>과제 /</w:t>
            </w:r>
            <w:proofErr w:type="gramEnd"/>
            <w:r w:rsidRPr="00FE5BAC">
              <w:rPr>
                <w:color w:val="A6A6A6" w:themeColor="background1" w:themeShade="A6"/>
                <w:sz w:val="18"/>
                <w:lang w:eastAsia="ko-KR"/>
              </w:rPr>
              <w:t xml:space="preserve"> 해결 </w:t>
            </w:r>
            <w:proofErr w:type="gramStart"/>
            <w:r w:rsidRPr="00FE5BAC">
              <w:rPr>
                <w:color w:val="A6A6A6" w:themeColor="background1" w:themeShade="A6"/>
                <w:sz w:val="18"/>
                <w:lang w:eastAsia="ko-KR"/>
              </w:rPr>
              <w:t>방법 /</w:t>
            </w:r>
            <w:proofErr w:type="gramEnd"/>
            <w:r w:rsidRPr="00FE5BAC">
              <w:rPr>
                <w:color w:val="A6A6A6" w:themeColor="background1" w:themeShade="A6"/>
                <w:sz w:val="18"/>
                <w:lang w:eastAsia="ko-KR"/>
              </w:rPr>
              <w:t xml:space="preserve"> 결과). 축제·공연·문화행사 우대</w:t>
            </w:r>
          </w:p>
          <w:p w14:paraId="6D0B17D6" w14:textId="77777777" w:rsidR="00FE5BAC" w:rsidRPr="00FE5BAC" w:rsidRDefault="00FE5BAC" w:rsidP="00FE5BAC">
            <w:pPr>
              <w:rPr>
                <w:color w:val="A6A6A6" w:themeColor="background1" w:themeShade="A6"/>
                <w:sz w:val="18"/>
                <w:lang w:eastAsia="ko-KR"/>
              </w:rPr>
            </w:pPr>
            <w:r w:rsidRPr="00FE5BAC">
              <w:rPr>
                <w:rFonts w:hint="eastAsia"/>
                <w:color w:val="A6A6A6" w:themeColor="background1" w:themeShade="A6"/>
                <w:sz w:val="18"/>
                <w:lang w:eastAsia="ko-KR"/>
              </w:rPr>
              <w:t>③</w:t>
            </w:r>
            <w:r w:rsidRPr="00FE5BAC">
              <w:rPr>
                <w:color w:val="A6A6A6" w:themeColor="background1" w:themeShade="A6"/>
                <w:sz w:val="18"/>
                <w:lang w:eastAsia="ko-KR"/>
              </w:rPr>
              <w:t xml:space="preserve"> 정부사업 정산·행정 및 협업·조율 경험 — e나라도움 등 정부사업 행정 경험 중 어려웠던 사례, 다양한 이해관계자(고객 기관·창작진·기술팀·</w:t>
            </w:r>
            <w:proofErr w:type="spellStart"/>
            <w:r w:rsidRPr="00FE5BAC">
              <w:rPr>
                <w:color w:val="A6A6A6" w:themeColor="background1" w:themeShade="A6"/>
                <w:sz w:val="18"/>
                <w:lang w:eastAsia="ko-KR"/>
              </w:rPr>
              <w:t>외주사</w:t>
            </w:r>
            <w:proofErr w:type="spellEnd"/>
            <w:r w:rsidRPr="00FE5BAC">
              <w:rPr>
                <w:color w:val="A6A6A6" w:themeColor="background1" w:themeShade="A6"/>
                <w:sz w:val="18"/>
                <w:lang w:eastAsia="ko-KR"/>
              </w:rPr>
              <w:t xml:space="preserve"> 등)와의 조율 방식</w:t>
            </w:r>
          </w:p>
          <w:p w14:paraId="16F4A81C" w14:textId="5D9E5005" w:rsidR="00D26A93" w:rsidRPr="00FE5BAC" w:rsidRDefault="00FE5BAC" w:rsidP="00FE5BAC">
            <w:pPr>
              <w:rPr>
                <w:color w:val="A6A6A6" w:themeColor="background1" w:themeShade="A6"/>
                <w:lang w:eastAsia="ko-KR"/>
              </w:rPr>
            </w:pPr>
            <w:r w:rsidRPr="00FE5BAC">
              <w:rPr>
                <w:rFonts w:hint="eastAsia"/>
                <w:color w:val="A6A6A6" w:themeColor="background1" w:themeShade="A6"/>
                <w:sz w:val="18"/>
                <w:lang w:eastAsia="ko-KR"/>
              </w:rPr>
              <w:t>④</w:t>
            </w:r>
            <w:r w:rsidRPr="00FE5BAC">
              <w:rPr>
                <w:color w:val="A6A6A6" w:themeColor="background1" w:themeShade="A6"/>
                <w:sz w:val="18"/>
                <w:lang w:eastAsia="ko-KR"/>
              </w:rPr>
              <w:t xml:space="preserve"> 입사 후 포부 — 6개월·1년 단위로 기여하고 싶은 점과 본인이 성장하고 싶은 영역</w:t>
            </w:r>
          </w:p>
          <w:p w14:paraId="42E1EBD9" w14:textId="77777777" w:rsidR="00D26A93" w:rsidRPr="00FE5BAC" w:rsidRDefault="00D26A93">
            <w:pPr>
              <w:rPr>
                <w:lang w:eastAsia="ko-KR"/>
              </w:rPr>
            </w:pPr>
          </w:p>
          <w:p w14:paraId="7021CE14" w14:textId="77777777" w:rsidR="00D26A93" w:rsidRPr="00FE5BAC" w:rsidRDefault="00D26A93">
            <w:pPr>
              <w:rPr>
                <w:lang w:eastAsia="ko-KR"/>
              </w:rPr>
            </w:pPr>
          </w:p>
          <w:p w14:paraId="5BEBC4D5" w14:textId="77777777" w:rsidR="00D26A93" w:rsidRPr="00FE5BAC" w:rsidRDefault="00D26A93">
            <w:pPr>
              <w:rPr>
                <w:lang w:eastAsia="ko-KR"/>
              </w:rPr>
            </w:pPr>
          </w:p>
          <w:p w14:paraId="7EEB0B0C" w14:textId="77777777" w:rsidR="00D26A93" w:rsidRPr="00FE5BAC" w:rsidRDefault="00D26A93">
            <w:pPr>
              <w:rPr>
                <w:lang w:eastAsia="ko-KR"/>
              </w:rPr>
            </w:pPr>
          </w:p>
          <w:p w14:paraId="1A13CC3D" w14:textId="77777777" w:rsidR="00D26A93" w:rsidRPr="00FE5BAC" w:rsidRDefault="00D26A93">
            <w:pPr>
              <w:rPr>
                <w:lang w:eastAsia="ko-KR"/>
              </w:rPr>
            </w:pPr>
          </w:p>
          <w:p w14:paraId="048F03D3" w14:textId="77777777" w:rsidR="00D26A93" w:rsidRPr="00FE5BAC" w:rsidRDefault="00D26A93">
            <w:pPr>
              <w:rPr>
                <w:lang w:eastAsia="ko-KR"/>
              </w:rPr>
            </w:pPr>
          </w:p>
          <w:p w14:paraId="7D9269F3" w14:textId="77777777" w:rsidR="00D26A93" w:rsidRPr="00FE5BAC" w:rsidRDefault="00D26A93">
            <w:pPr>
              <w:rPr>
                <w:lang w:eastAsia="ko-KR"/>
              </w:rPr>
            </w:pPr>
          </w:p>
          <w:p w14:paraId="74F7873C" w14:textId="77777777" w:rsidR="00D26A93" w:rsidRPr="00FE5BAC" w:rsidRDefault="00D26A93">
            <w:pPr>
              <w:rPr>
                <w:lang w:eastAsia="ko-KR"/>
              </w:rPr>
            </w:pPr>
          </w:p>
          <w:p w14:paraId="570C01A8" w14:textId="77777777" w:rsidR="00D26A93" w:rsidRPr="00FE5BAC" w:rsidRDefault="00D26A93">
            <w:pPr>
              <w:rPr>
                <w:lang w:eastAsia="ko-KR"/>
              </w:rPr>
            </w:pPr>
          </w:p>
          <w:p w14:paraId="02A8636D" w14:textId="77777777" w:rsidR="00D26A93" w:rsidRPr="00FE5BAC" w:rsidRDefault="00D26A93">
            <w:pPr>
              <w:rPr>
                <w:lang w:eastAsia="ko-KR"/>
              </w:rPr>
            </w:pPr>
          </w:p>
          <w:p w14:paraId="10FAF476" w14:textId="77777777" w:rsidR="00D26A93" w:rsidRPr="00FE5BAC" w:rsidRDefault="00D26A93">
            <w:pPr>
              <w:rPr>
                <w:lang w:eastAsia="ko-KR"/>
              </w:rPr>
            </w:pPr>
          </w:p>
        </w:tc>
      </w:tr>
    </w:tbl>
    <w:p w14:paraId="759274AB" w14:textId="77777777" w:rsidR="009A5C94" w:rsidRPr="00FE5BAC" w:rsidRDefault="009A5C94">
      <w:pPr>
        <w:rPr>
          <w:lang w:eastAsia="ko-KR"/>
        </w:rPr>
      </w:pPr>
    </w:p>
    <w:p w14:paraId="24772A6A" w14:textId="5206B562" w:rsidR="00D26A93" w:rsidRPr="00FE5BAC" w:rsidRDefault="00FE5BAC">
      <w:pPr>
        <w:rPr>
          <w:lang w:eastAsia="ko-KR"/>
        </w:rPr>
      </w:pPr>
      <w:r w:rsidRPr="00FE5BAC">
        <w:rPr>
          <w:b/>
          <w:sz w:val="26"/>
          <w:lang w:eastAsia="ko-KR"/>
        </w:rPr>
        <w:t>7. 개인정보 수집·이용 동의</w:t>
      </w:r>
    </w:p>
    <w:p w14:paraId="26B47428" w14:textId="2E96C081" w:rsidR="00D26A93" w:rsidRPr="00FE5BAC" w:rsidRDefault="00000000">
      <w:pPr>
        <w:rPr>
          <w:lang w:eastAsia="ko-KR"/>
        </w:rPr>
      </w:pPr>
      <w:r w:rsidRPr="00FE5BAC">
        <w:rPr>
          <w:lang w:eastAsia="ko-KR"/>
        </w:rPr>
        <w:t xml:space="preserve">본인은 </w:t>
      </w:r>
      <w:proofErr w:type="spellStart"/>
      <w:r w:rsidRPr="00FE5BAC">
        <w:rPr>
          <w:lang w:eastAsia="ko-KR"/>
        </w:rPr>
        <w:t>보쎄스</w:t>
      </w:r>
      <w:proofErr w:type="spellEnd"/>
      <w:r w:rsidRPr="00FE5BAC">
        <w:rPr>
          <w:lang w:eastAsia="ko-KR"/>
        </w:rPr>
        <w:t>A&amp;T가 운영·행정 PM 채용 전형 진행을 위해 본 지원서에 기재된 개인정보를 수집·이용하는 것에 동의합니다. 수집된 개인정보는 채용 전형 종료 후 즉시 파기됩니다.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2551"/>
        <w:gridCol w:w="7087"/>
      </w:tblGrid>
      <w:tr w:rsidR="00D26A93" w:rsidRPr="00FE5BAC" w14:paraId="10039695" w14:textId="77777777">
        <w:tc>
          <w:tcPr>
            <w:tcW w:w="2551" w:type="dxa"/>
            <w:shd w:val="clear" w:color="auto" w:fill="F2F2F2"/>
            <w:vAlign w:val="center"/>
          </w:tcPr>
          <w:p w14:paraId="73D8F001" w14:textId="77777777" w:rsidR="00D26A93" w:rsidRPr="00FE5BAC" w:rsidRDefault="00000000">
            <w:pPr>
              <w:jc w:val="center"/>
            </w:pPr>
            <w:proofErr w:type="spellStart"/>
            <w:r w:rsidRPr="00FE5BAC">
              <w:rPr>
                <w:b/>
              </w:rPr>
              <w:t>동의</w:t>
            </w:r>
            <w:proofErr w:type="spellEnd"/>
            <w:r w:rsidRPr="00FE5BAC">
              <w:rPr>
                <w:b/>
              </w:rPr>
              <w:t xml:space="preserve"> </w:t>
            </w:r>
            <w:proofErr w:type="spellStart"/>
            <w:r w:rsidRPr="00FE5BAC">
              <w:rPr>
                <w:b/>
              </w:rPr>
              <w:t>여부</w:t>
            </w:r>
            <w:proofErr w:type="spellEnd"/>
          </w:p>
        </w:tc>
        <w:tc>
          <w:tcPr>
            <w:tcW w:w="7087" w:type="dxa"/>
            <w:vAlign w:val="center"/>
          </w:tcPr>
          <w:p w14:paraId="647C4F85" w14:textId="77777777" w:rsidR="00D26A93" w:rsidRPr="00FE5BAC" w:rsidRDefault="00000000">
            <w:pPr>
              <w:rPr>
                <w:lang w:eastAsia="ko-KR"/>
              </w:rPr>
            </w:pPr>
            <w:r w:rsidRPr="00FE5BAC">
              <w:rPr>
                <w:lang w:eastAsia="ko-KR"/>
              </w:rPr>
              <w:t>□ 동의함        □ 동의하지 않음</w:t>
            </w:r>
          </w:p>
        </w:tc>
      </w:tr>
      <w:tr w:rsidR="00D26A93" w:rsidRPr="00FE5BAC" w14:paraId="77888DAA" w14:textId="77777777">
        <w:tc>
          <w:tcPr>
            <w:tcW w:w="2551" w:type="dxa"/>
            <w:shd w:val="clear" w:color="auto" w:fill="F2F2F2"/>
            <w:vAlign w:val="center"/>
          </w:tcPr>
          <w:p w14:paraId="74B48FDE" w14:textId="77777777" w:rsidR="00D26A93" w:rsidRPr="00FE5BAC" w:rsidRDefault="00000000">
            <w:pPr>
              <w:jc w:val="center"/>
            </w:pPr>
            <w:proofErr w:type="spellStart"/>
            <w:r w:rsidRPr="00FE5BAC">
              <w:rPr>
                <w:b/>
              </w:rPr>
              <w:lastRenderedPageBreak/>
              <w:t>지원일</w:t>
            </w:r>
            <w:proofErr w:type="spellEnd"/>
          </w:p>
        </w:tc>
        <w:tc>
          <w:tcPr>
            <w:tcW w:w="7087" w:type="dxa"/>
            <w:vAlign w:val="center"/>
          </w:tcPr>
          <w:p w14:paraId="4E002B43" w14:textId="77777777" w:rsidR="00D26A93" w:rsidRPr="00FE5BAC" w:rsidRDefault="00000000">
            <w:r w:rsidRPr="00FE5BAC">
              <w:t>2026.    .    .</w:t>
            </w:r>
          </w:p>
        </w:tc>
      </w:tr>
      <w:tr w:rsidR="00D26A93" w:rsidRPr="00FE5BAC" w14:paraId="66FF57A0" w14:textId="77777777">
        <w:tc>
          <w:tcPr>
            <w:tcW w:w="2551" w:type="dxa"/>
            <w:shd w:val="clear" w:color="auto" w:fill="F2F2F2"/>
            <w:vAlign w:val="center"/>
          </w:tcPr>
          <w:p w14:paraId="4CAFBB47" w14:textId="77777777" w:rsidR="00D26A93" w:rsidRPr="00FE5BAC" w:rsidRDefault="00000000">
            <w:pPr>
              <w:jc w:val="center"/>
            </w:pPr>
            <w:r w:rsidRPr="00FE5BAC">
              <w:rPr>
                <w:b/>
              </w:rPr>
              <w:t>지원자 성명 (서명)</w:t>
            </w:r>
          </w:p>
        </w:tc>
        <w:tc>
          <w:tcPr>
            <w:tcW w:w="7087" w:type="dxa"/>
            <w:vAlign w:val="center"/>
          </w:tcPr>
          <w:p w14:paraId="0CB06AD6" w14:textId="77777777" w:rsidR="00D26A93" w:rsidRPr="00FE5BAC" w:rsidRDefault="00000000">
            <w:r w:rsidRPr="00FE5BAC">
              <w:t xml:space="preserve">                                                                  (인 또는 서명)</w:t>
            </w:r>
          </w:p>
        </w:tc>
      </w:tr>
    </w:tbl>
    <w:p w14:paraId="6CD184B1" w14:textId="6863EDE0" w:rsidR="00D26A93" w:rsidRPr="00FE5BAC" w:rsidRDefault="00FE5BAC">
      <w:r w:rsidRPr="00FE5BAC">
        <w:rPr>
          <w:b/>
          <w:sz w:val="26"/>
        </w:rPr>
        <w:t xml:space="preserve">8. </w:t>
      </w:r>
      <w:proofErr w:type="spellStart"/>
      <w:r w:rsidRPr="00FE5BAC">
        <w:rPr>
          <w:b/>
          <w:sz w:val="26"/>
        </w:rPr>
        <w:t>제출</w:t>
      </w:r>
      <w:proofErr w:type="spellEnd"/>
      <w:r w:rsidRPr="00FE5BAC">
        <w:rPr>
          <w:b/>
          <w:sz w:val="26"/>
        </w:rPr>
        <w:t xml:space="preserve"> </w:t>
      </w:r>
      <w:proofErr w:type="spellStart"/>
      <w:r w:rsidRPr="00FE5BAC">
        <w:rPr>
          <w:b/>
          <w:sz w:val="26"/>
        </w:rPr>
        <w:t>안내</w:t>
      </w:r>
      <w:proofErr w:type="spellEnd"/>
    </w:p>
    <w:p w14:paraId="3CDC65E6" w14:textId="77777777" w:rsidR="00D26A93" w:rsidRPr="00FE5BAC" w:rsidRDefault="00000000">
      <w:pPr>
        <w:rPr>
          <w:lang w:eastAsia="ko-KR"/>
        </w:rPr>
      </w:pPr>
      <w:r w:rsidRPr="00FE5BAC">
        <w:rPr>
          <w:lang w:eastAsia="ko-KR"/>
        </w:rPr>
        <w:t xml:space="preserve">· </w:t>
      </w:r>
      <w:proofErr w:type="spellStart"/>
      <w:r w:rsidRPr="00FE5BAC">
        <w:rPr>
          <w:lang w:eastAsia="ko-KR"/>
        </w:rPr>
        <w:t>제출처</w:t>
      </w:r>
      <w:proofErr w:type="spellEnd"/>
      <w:r w:rsidRPr="00FE5BAC">
        <w:rPr>
          <w:lang w:eastAsia="ko-KR"/>
        </w:rPr>
        <w:t>: sjw9912@naver.com</w:t>
      </w:r>
    </w:p>
    <w:p w14:paraId="6E3DFC19" w14:textId="77777777" w:rsidR="00D26A93" w:rsidRPr="00FE5BAC" w:rsidRDefault="00000000">
      <w:pPr>
        <w:rPr>
          <w:lang w:eastAsia="ko-KR"/>
        </w:rPr>
      </w:pPr>
      <w:r w:rsidRPr="00FE5BAC">
        <w:rPr>
          <w:lang w:eastAsia="ko-KR"/>
        </w:rPr>
        <w:t>· 메일 제목: [</w:t>
      </w:r>
      <w:proofErr w:type="spellStart"/>
      <w:r w:rsidRPr="00FE5BAC">
        <w:rPr>
          <w:lang w:eastAsia="ko-KR"/>
        </w:rPr>
        <w:t>보쎄스</w:t>
      </w:r>
      <w:proofErr w:type="spellEnd"/>
      <w:r w:rsidRPr="00FE5BAC">
        <w:rPr>
          <w:lang w:eastAsia="ko-KR"/>
        </w:rPr>
        <w:t>A&amp;T] 운영·행정 PM 지원 (지원자 이름)</w:t>
      </w:r>
    </w:p>
    <w:p w14:paraId="5AFD393A" w14:textId="77777777" w:rsidR="00D26A93" w:rsidRPr="00FE5BAC" w:rsidRDefault="00000000">
      <w:pPr>
        <w:rPr>
          <w:lang w:eastAsia="ko-KR"/>
        </w:rPr>
      </w:pPr>
      <w:r w:rsidRPr="00FE5BAC">
        <w:rPr>
          <w:lang w:eastAsia="ko-KR"/>
        </w:rPr>
        <w:t>· 제출 서류: 본 지원서(필수). 추가 자료(작업 결과물·프로젝트 산출물 등)는 자유 양식으로 별첨 가능</w:t>
      </w:r>
    </w:p>
    <w:p w14:paraId="3F894082" w14:textId="62BB018D" w:rsidR="00D26A93" w:rsidRPr="00FE5BAC" w:rsidRDefault="00D26A93">
      <w:pPr>
        <w:rPr>
          <w:lang w:eastAsia="ko-KR"/>
        </w:rPr>
      </w:pPr>
    </w:p>
    <w:p w14:paraId="3AD10EF1" w14:textId="72CB4F67" w:rsidR="00D26A93" w:rsidRPr="00FE5BAC" w:rsidRDefault="00000000" w:rsidP="009A5C94">
      <w:pPr>
        <w:rPr>
          <w:lang w:eastAsia="ko-KR"/>
        </w:rPr>
      </w:pPr>
      <w:r w:rsidRPr="00FE5BAC">
        <w:rPr>
          <w:lang w:eastAsia="ko-KR"/>
        </w:rPr>
        <w:t xml:space="preserve">· 문의: </w:t>
      </w:r>
      <w:proofErr w:type="spellStart"/>
      <w:r w:rsidRPr="00FE5BAC">
        <w:rPr>
          <w:lang w:eastAsia="ko-KR"/>
        </w:rPr>
        <w:t>보쎄스</w:t>
      </w:r>
      <w:proofErr w:type="spellEnd"/>
      <w:r w:rsidRPr="00FE5BAC">
        <w:rPr>
          <w:lang w:eastAsia="ko-KR"/>
        </w:rPr>
        <w:t xml:space="preserve">A&amp;T 대표 </w:t>
      </w:r>
      <w:proofErr w:type="spellStart"/>
      <w:proofErr w:type="gramStart"/>
      <w:r w:rsidRPr="00FE5BAC">
        <w:rPr>
          <w:lang w:eastAsia="ko-KR"/>
        </w:rPr>
        <w:t>신지웅</w:t>
      </w:r>
      <w:proofErr w:type="spellEnd"/>
      <w:r w:rsidRPr="00FE5BAC">
        <w:rPr>
          <w:lang w:eastAsia="ko-KR"/>
        </w:rPr>
        <w:t xml:space="preserve"> /</w:t>
      </w:r>
      <w:proofErr w:type="gramEnd"/>
      <w:r w:rsidRPr="00FE5BAC">
        <w:rPr>
          <w:lang w:eastAsia="ko-KR"/>
        </w:rPr>
        <w:t xml:space="preserve"> M. 010-9873-</w:t>
      </w:r>
      <w:proofErr w:type="gramStart"/>
      <w:r w:rsidRPr="00FE5BAC">
        <w:rPr>
          <w:lang w:eastAsia="ko-KR"/>
        </w:rPr>
        <w:t>9610 /</w:t>
      </w:r>
      <w:proofErr w:type="gramEnd"/>
      <w:r w:rsidRPr="00FE5BAC">
        <w:rPr>
          <w:lang w:eastAsia="ko-KR"/>
        </w:rPr>
        <w:t xml:space="preserve"> E. sjw9912@naver.com</w:t>
      </w:r>
    </w:p>
    <w:sectPr w:rsidR="00D26A93" w:rsidRPr="00FE5BAC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402A2" w14:textId="77777777" w:rsidR="00F0090E" w:rsidRDefault="00F0090E" w:rsidP="00FE5BAC">
      <w:pPr>
        <w:spacing w:after="0" w:line="240" w:lineRule="auto"/>
      </w:pPr>
      <w:r>
        <w:separator/>
      </w:r>
    </w:p>
  </w:endnote>
  <w:endnote w:type="continuationSeparator" w:id="0">
    <w:p w14:paraId="4DF89586" w14:textId="77777777" w:rsidR="00F0090E" w:rsidRDefault="00F0090E" w:rsidP="00FE5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EC6BF" w14:textId="77777777" w:rsidR="008B260F" w:rsidRDefault="008B260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1D6DE" w14:textId="77777777" w:rsidR="008B260F" w:rsidRDefault="008B260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E0173" w14:textId="77777777" w:rsidR="008B260F" w:rsidRDefault="008B260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B3EA69" w14:textId="77777777" w:rsidR="00F0090E" w:rsidRDefault="00F0090E" w:rsidP="00FE5BAC">
      <w:pPr>
        <w:spacing w:after="0" w:line="240" w:lineRule="auto"/>
      </w:pPr>
      <w:r>
        <w:separator/>
      </w:r>
    </w:p>
  </w:footnote>
  <w:footnote w:type="continuationSeparator" w:id="0">
    <w:p w14:paraId="26563726" w14:textId="77777777" w:rsidR="00F0090E" w:rsidRDefault="00F0090E" w:rsidP="00FE5B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EC729" w14:textId="77777777" w:rsidR="008B260F" w:rsidRDefault="008B260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45DB8" w14:textId="77777777" w:rsidR="008B260F" w:rsidRDefault="008B260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DEF40" w14:textId="77777777" w:rsidR="008B260F" w:rsidRDefault="008B260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83308378">
    <w:abstractNumId w:val="8"/>
  </w:num>
  <w:num w:numId="2" w16cid:durableId="616764483">
    <w:abstractNumId w:val="6"/>
  </w:num>
  <w:num w:numId="3" w16cid:durableId="889802008">
    <w:abstractNumId w:val="5"/>
  </w:num>
  <w:num w:numId="4" w16cid:durableId="1304583119">
    <w:abstractNumId w:val="4"/>
  </w:num>
  <w:num w:numId="5" w16cid:durableId="465392736">
    <w:abstractNumId w:val="7"/>
  </w:num>
  <w:num w:numId="6" w16cid:durableId="1889221817">
    <w:abstractNumId w:val="3"/>
  </w:num>
  <w:num w:numId="7" w16cid:durableId="1799564364">
    <w:abstractNumId w:val="2"/>
  </w:num>
  <w:num w:numId="8" w16cid:durableId="154150594">
    <w:abstractNumId w:val="1"/>
  </w:num>
  <w:num w:numId="9" w16cid:durableId="1993831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D2A08"/>
    <w:rsid w:val="005E3346"/>
    <w:rsid w:val="006154B7"/>
    <w:rsid w:val="00692C8D"/>
    <w:rsid w:val="008002D3"/>
    <w:rsid w:val="008B260F"/>
    <w:rsid w:val="009A5C94"/>
    <w:rsid w:val="00A67A20"/>
    <w:rsid w:val="00AA1D8D"/>
    <w:rsid w:val="00B47730"/>
    <w:rsid w:val="00CB0664"/>
    <w:rsid w:val="00D26A93"/>
    <w:rsid w:val="00D85FB3"/>
    <w:rsid w:val="00F0090E"/>
    <w:rsid w:val="00FC693F"/>
    <w:rsid w:val="00FD0D88"/>
    <w:rsid w:val="00FE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11CFE63"/>
  <w14:defaultImageDpi w14:val="300"/>
  <w15:docId w15:val="{8B79ECF2-2BAC-41D1-B58A-1B3CA2FC2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맑은 고딕" w:eastAsia="맑은 고딕" w:hAnsi="맑은 고딕"/>
      <w:sz w:val="20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제목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제목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제목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제목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부제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본문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본문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본문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매크로 텍스트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인용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제목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제목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제목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제목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제목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제목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강한 인용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9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a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c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d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e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7A70AEB-6E1A-483F-B82C-83D9A6AE8C5D}">
  <we:reference id="wa200010453" version="1.0.0.1" store="ko-KR" storeType="OMEX"/>
  <we:alternateReferences>
    <we:reference id="wa200010453" version="1.0.0.1" store="" storeType="OMEX"/>
  </we:alternateReferences>
  <we:properties>
    <we:property name="claude.fileId" value="&quot;fade61ff-8cf4-44c7-a0dd-daf77cb0562b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557</Words>
  <Characters>1221</Characters>
  <Application>Microsoft Office Word</Application>
  <DocSecurity>0</DocSecurity>
  <Lines>152</Lines>
  <Paragraphs>111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jiwoong shin</cp:lastModifiedBy>
  <cp:revision>8</cp:revision>
  <dcterms:created xsi:type="dcterms:W3CDTF">2013-12-23T23:15:00Z</dcterms:created>
  <dcterms:modified xsi:type="dcterms:W3CDTF">2026-06-06T15:23:00Z</dcterms:modified>
  <cp:category/>
</cp:coreProperties>
</file>